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NOTIFICARE DE REZILIERE A CONTRACTULUI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Către: [NUME/DENUMIRE DESTINATAR]</w:t>
        <w:br/>
        <w:t>Adresa: [_____]</w:t>
        <w:br/>
        <w:t>De la: [NUME/DENUMIRE EXPEDITOR]</w:t>
        <w:br/>
        <w:t>Date de contact: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Subiect: Notificare privind contractul nr. [_____] din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Vă notific rezilierea/încetarea contractului menționat, având în vedere următoarea neexecutare: [DESCRIERE CLARĂ, DATE, OBLIGAȚIE ÎNCĂLCATĂ]. Temeiul contractual invocat este clauza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[Dacă este aplicabil:] Vă acord un termen de remediere până la [DATA]. În lipsa remedierii, contractul va înceta la [DATA]/voi exercita drepturile prevăzute de contract și lege.</w:t>
      </w:r>
    </w:p>
    <w:p>
      <w:pPr>
        <w:spacing w:after="120"/>
      </w:pPr>
      <w:r>
        <w:rPr>
          <w:rFonts w:ascii="Arial" w:hAnsi="Arial"/>
          <w:i w:val="0"/>
          <w:sz w:val="19"/>
        </w:rPr>
        <w:t>Vă solicit confirmarea primirii și stabilirea formalităților finale. Anexez: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   Semnătura: 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Verificați clauza de încetare, preavizul, condițiile de reziliere și modalitatea de comunicare din contractul concret înainte de transmitere.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Notificare de reziliere a contractului</dc:title>
  <dc:subject>Model orientativ editabil</dc:subject>
  <dc:creator>depus.ro</dc:creator>
  <cp:keywords>model, Personale și diverse,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