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NOTIFICARE DE ÎNCETARE A ÎNCHIRIERII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Către: [NUME/DENUMIRE DESTINATAR]</w:t>
        <w:br/>
        <w:t>Adresa: [_____]</w:t>
        <w:br/>
        <w:t>De la: [NUME/DENUMIRE EXPEDITOR]</w:t>
        <w:br/>
        <w:t>Date de contact: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Subiect: Notificare privind contractul nr. [_____] din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Vă notific încetarea/denunțarea contractului de închiriere având ca obiect imobilul din [ADRESĂ], începând cu data de [_____], cu respectarea termenului de preaviz de [__] zile prevăzut la clauza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Propun predarea locuinței, a cheilor și citirea contoarelor la data de [_____], ora [_____]. Situația utilităților și a garanției va fi regularizată pe baza documentelor și a procesului-verbal.</w:t>
      </w:r>
    </w:p>
    <w:p>
      <w:pPr>
        <w:spacing w:after="120"/>
      </w:pPr>
      <w:r>
        <w:rPr>
          <w:rFonts w:ascii="Arial" w:hAnsi="Arial"/>
          <w:i w:val="0"/>
          <w:sz w:val="19"/>
        </w:rPr>
        <w:t>Vă solicit confirmarea primirii și stabilirea formalităților finale. Anexez: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Data: [_____]   Semnătura: 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Verificați clauza de încetare, preavizul, condițiile de reziliere și modalitatea de comunicare din contractul concret înainte de transmitere.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Notificare de încetare a închirierii</dc:title>
  <dc:subject>Model orientativ editabil</dc:subject>
  <dc:creator>depus.ro</dc:creator>
  <cp:keywords>model, Imobiliare și chirii,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