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NIR - NOTĂ DE INTRARE-RECEPȚIE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Entitatea: [DENUMIRE]   CUI: [_____]   Sediul/Punctul de lucru: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Furnizor: [_____]   Factură/aviz nr.: [_____] din [_____]   Gestiunea: [_____]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blHeader w:val="true"/>
        </w:trPr>
        <w:tc>
          <w:tcPr>
            <w:tcW w:type="dxa" w:w="45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Nr.</w:t>
            </w:r>
          </w:p>
        </w:tc>
        <w:tc>
          <w:tcPr>
            <w:tcW w:type="dxa" w:w="2721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Denumirea bunului</w:t>
            </w:r>
          </w:p>
        </w:tc>
        <w:tc>
          <w:tcPr>
            <w:tcW w:type="dxa" w:w="73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U.M.</w:t>
            </w:r>
          </w:p>
        </w:tc>
        <w:tc>
          <w:tcPr>
            <w:tcW w:type="dxa" w:w="1020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Cant. doc.</w:t>
            </w:r>
          </w:p>
        </w:tc>
        <w:tc>
          <w:tcPr>
            <w:tcW w:type="dxa" w:w="1020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Cant. recep.</w:t>
            </w:r>
          </w:p>
        </w:tc>
        <w:tc>
          <w:tcPr>
            <w:tcW w:type="dxa" w:w="113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Preț</w:t>
            </w:r>
          </w:p>
        </w:tc>
        <w:tc>
          <w:tcPr>
            <w:tcW w:type="dxa" w:w="124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Valoare</w:t>
            </w:r>
          </w:p>
        </w:tc>
        <w:tc>
          <w:tcPr>
            <w:tcW w:type="dxa" w:w="130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Observații</w:t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3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24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3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24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3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24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3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24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3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24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3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24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3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24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272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3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0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24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Diferențe constatate și măsuri propuse: [_____]. Valoare totală recepționată: [_____] lei.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COMISIA DE RECEPȚIE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GESTIONAR/PRIMIT ÎN GESTIUNE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Model orientativ. Documentele financiar-contabile pot fi adaptate de entitate, dar trebuie să conțină elementele obligatorii și să respecte circuitul aprobat și reglementările în vigoare.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NIR - Notă de intrare-recepție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