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ÎMPUTERNICIRE PENTRU PERSOANĂ FIZICĂ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Subsemnatul/Subscrisa [NUME/DENUMIRE], CNP/CUI [_____], cu domiciliul/sediul în [_____], reprezentat(ă) legal de [_____], în calitate de [_____],</w:t>
      </w:r>
    </w:p>
    <w:p>
      <w:pPr>
        <w:spacing w:after="120"/>
        <w:jc w:val="center"/>
      </w:pPr>
      <w:r>
        <w:rPr>
          <w:rFonts w:ascii="Arial" w:hAnsi="Arial"/>
          <w:i w:val="0"/>
          <w:sz w:val="19"/>
        </w:rPr>
        <w:t>ÎMPUTERNICESC</w:t>
      </w:r>
    </w:p>
    <w:p>
      <w:pPr>
        <w:spacing w:after="120"/>
      </w:pPr>
      <w:r>
        <w:rPr>
          <w:rFonts w:ascii="Arial" w:hAnsi="Arial"/>
          <w:i w:val="0"/>
          <w:sz w:val="19"/>
        </w:rPr>
        <w:t>pe [NUME COMPLET], CNP [_____], identificat(ă) cu CI seria [__] nr. [_____], eliberată de [_____] la data de [_____], domiciliat(ă) în [_____], să mă reprezinte, în limitele de mai jos: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să mă reprezinte în fața [INSTITUȚIE/PERSOANĂ];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să depună și să ridice documentele privind [OPERAȚIUNEA];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să semneze cereri și confirmări strict necesare executării mandatului;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să primească răspunsurile și comunicările aferente.</w:t>
      </w:r>
    </w:p>
    <w:p>
      <w:pPr>
        <w:pStyle w:val="Heading1"/>
      </w:pPr>
      <w:r>
        <w:t>Limitele și durata mandatului</w:t>
      </w:r>
    </w:p>
    <w:p>
      <w:pPr>
        <w:spacing w:after="120"/>
      </w:pPr>
      <w:r>
        <w:rPr>
          <w:rFonts w:ascii="Arial" w:hAnsi="Arial"/>
          <w:i w:val="0"/>
          <w:sz w:val="19"/>
        </w:rPr>
        <w:t>Împuternicirea este valabilă de la [DATA] până la [DATA]/până la finalizarea operațiunii. Substituirea [ESTE/NU ESTE] permisă. Împuternicitul nu poate înstrăina bunuri, asuma împrumuturi sau încasa sume decât dacă o asemenea putere este menționată expres aici: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Data: [_____]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MANDANT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ÎMPUTERNICIT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7F9FC"/>
            <w:tcMar>
              <w:top w:w="120" w:type="dxa"/>
              <w:start w:w="110" w:type="dxa"/>
              <w:bottom w:w="12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i/>
                <w:color w:val="5A6373"/>
                <w:sz w:val="16"/>
              </w:rPr>
              <w:t>Notă: Unele instituții sau operațiuni cer procură autentică ori o formă proprie. Verificați cerințele destinatarului înainte de utilizare.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Împuternicire pentru persoană fizică</dc:title>
  <dc:subject>Model orientativ editabil</dc:subject>
  <dc:creator>depus.ro</dc:creator>
  <cp:keywords>model, Personale și diverse,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