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60"/>
        <w:jc w:val="center"/>
      </w:pPr>
      <w:r>
        <w:rPr>
          <w:rFonts w:ascii="Arial" w:hAnsi="Arial"/>
          <w:b/>
          <w:color w:val="03063A"/>
          <w:sz w:val="28"/>
        </w:rPr>
        <w:t>ÎMPUTERNICIRE FIRMĂ PENTRU DELEGAT</w:t>
      </w:r>
    </w:p>
    <w:p>
      <w:pPr>
        <w:spacing w:after="160"/>
        <w:jc w:val="center"/>
      </w:pPr>
      <w:r>
        <w:rPr>
          <w:rFonts w:ascii="Arial" w:hAnsi="Arial"/>
          <w:color w:val="5A6373"/>
          <w:sz w:val="18"/>
        </w:rPr>
        <w:t>Nr. [_____] din [ZZ.LL.AAAA]</w:t>
      </w:r>
    </w:p>
    <w:p>
      <w:pPr>
        <w:spacing w:after="120"/>
      </w:pPr>
      <w:r>
        <w:rPr>
          <w:rFonts w:ascii="Arial" w:hAnsi="Arial"/>
          <w:i w:val="0"/>
          <w:sz w:val="19"/>
        </w:rPr>
        <w:t>Subsemnatul/Subscrisa [NUME/DENUMIRE], CNP/CUI [_____], cu domiciliul/sediul în [_____], reprezentat(ă) legal de [_____], în calitate de [_____],</w:t>
      </w:r>
    </w:p>
    <w:p>
      <w:pPr>
        <w:spacing w:after="120"/>
        <w:jc w:val="center"/>
      </w:pPr>
      <w:r>
        <w:rPr>
          <w:rFonts w:ascii="Arial" w:hAnsi="Arial"/>
          <w:i w:val="0"/>
          <w:sz w:val="19"/>
        </w:rPr>
        <w:t>ÎMPUTERNICESC</w:t>
      </w:r>
    </w:p>
    <w:p>
      <w:pPr>
        <w:spacing w:after="120"/>
      </w:pPr>
      <w:r>
        <w:rPr>
          <w:rFonts w:ascii="Arial" w:hAnsi="Arial"/>
          <w:i w:val="0"/>
          <w:sz w:val="19"/>
        </w:rPr>
        <w:t>pe [NUME COMPLET], CNP [_____], identificat(ă) cu CI seria [__] nr. [_____], eliberată de [_____] la data de [_____], domiciliat(ă) în [_____], să mă reprezinte, în limitele de mai jos: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să depună, să semneze în vederea depunerii și să ridice documentele indicate: [_____];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să primească numere de înregistrare, solicitări de completare și comunicări;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să achite taxele necesare din fondurile puse la dispoziție;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să îndeplinească numai actele materiale și procedurale expres legate de operațiunea [_____].</w:t>
      </w:r>
    </w:p>
    <w:p>
      <w:pPr>
        <w:pStyle w:val="Heading1"/>
      </w:pPr>
      <w:r>
        <w:t>Limitele și durata mandatului</w:t>
      </w:r>
    </w:p>
    <w:p>
      <w:pPr>
        <w:spacing w:after="120"/>
      </w:pPr>
      <w:r>
        <w:rPr>
          <w:rFonts w:ascii="Arial" w:hAnsi="Arial"/>
          <w:i w:val="0"/>
          <w:sz w:val="19"/>
        </w:rPr>
        <w:t>Împuternicirea este valabilă de la [DATA] până la [DATA]/până la finalizarea operațiunii. Substituirea [ESTE/NU ESTE] permisă. Împuternicitul nu poate înstrăina bunuri, asuma împrumuturi sau încasa sume decât dacă o asemenea putere este menționată expres aici: [_____].</w:t>
      </w:r>
    </w:p>
    <w:p>
      <w:pPr>
        <w:spacing w:after="120"/>
      </w:pPr>
      <w:r>
        <w:rPr>
          <w:rFonts w:ascii="Arial" w:hAnsi="Arial"/>
          <w:i w:val="0"/>
          <w:sz w:val="19"/>
        </w:rPr>
        <w:t>Data: [_____]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MANDANT</w:t>
            </w:r>
          </w:p>
        </w:tc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ÎMPUTERNICIT</w:t>
            </w:r>
          </w:p>
        </w:tc>
      </w:tr>
      <w:tr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F7F9FC"/>
            <w:tcMar>
              <w:top w:w="120" w:type="dxa"/>
              <w:start w:w="110" w:type="dxa"/>
              <w:bottom w:w="12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i/>
                <w:color w:val="5A6373"/>
                <w:sz w:val="16"/>
              </w:rPr>
              <w:t>Notă: Unele instituții sau operațiuni cer procură autentică ori o formă proprie. Verificați cerințele destinatarului înainte de utilizare.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22" w:right="1020" w:bottom="822" w:left="102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373"/>
        <w:sz w:val="15"/>
      </w:rPr>
      <w:t>Model editabil - verificați și adaptați documentul înainte de semnare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A6373"/>
        <w:sz w:val="16"/>
      </w:rPr>
      <w:t>MODEL ORIENTATIV  |  depus.ro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3063A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3063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03063A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Împuternicire firmă pentru delegat</dc:title>
  <dc:subject>Model orientativ editabil</dc:subject>
  <dc:creator>depus.ro</dc:creator>
  <cp:keywords>model, Firmă și contabilitate, depus.ro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