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FOAIE DE PARCURS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Entitatea: [DENUMIRE]   CUI: [_____]   Sediul/Punctul de lucru: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Vehicul: [MARCA/MODEL]   Nr. înmatriculare: [_____]   Șofer: [_____]   Perioada: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Km inițiali: [_____]   Km finali: [_____]   Combustibil inițial: [_____]   Alimentări: [_____]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blHeader w:val="true"/>
        </w:trPr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Data</w:t>
            </w:r>
          </w:p>
        </w:tc>
        <w:tc>
          <w:tcPr>
            <w:tcW w:type="dxa" w:w="85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Ora</w:t>
            </w:r>
          </w:p>
        </w:tc>
        <w:tc>
          <w:tcPr>
            <w:tcW w:type="dxa" w:w="311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Traseu/scop</w:t>
            </w:r>
          </w:p>
        </w:tc>
        <w:tc>
          <w:tcPr>
            <w:tcW w:type="dxa" w:w="130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Km plecare</w:t>
            </w:r>
          </w:p>
        </w:tc>
        <w:tc>
          <w:tcPr>
            <w:tcW w:type="dxa" w:w="130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Km sosire</w:t>
            </w:r>
          </w:p>
        </w:tc>
        <w:tc>
          <w:tcPr>
            <w:tcW w:type="dxa" w:w="130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Km efectuați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Confirmare</w:t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85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11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Total kilometri: [_____]   Consum normat: [_____]   Consum efectiv: [_____]   Diferență: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CONDUCĂTOR AUTO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VERIFICAT/APROBAT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Model orientativ. Documentele financiar-contabile pot fi adaptate de entitate, dar trebuie să conțină elementele obligatorii și să respecte circuitul aprobat și reglementările în vigoare.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Foaie de parcurs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