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DECLARAȚIE PE PROPRIA RĂSPUNDERE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Subsemnatul(a) [NUME COMPLET], CNP [_____], domiciliat(ă) în [_____], identificat(ă) cu CI seria [__] nr. [_____], eliberată de [_____] la [_____],</w:t>
      </w:r>
    </w:p>
    <w:p>
      <w:pPr>
        <w:spacing w:after="120"/>
        <w:jc w:val="center"/>
      </w:pPr>
      <w:r>
        <w:rPr>
          <w:rFonts w:ascii="Arial" w:hAnsi="Arial"/>
          <w:i w:val="0"/>
          <w:sz w:val="19"/>
        </w:rPr>
        <w:t>declar pe propria răspundere următoarele:</w:t>
      </w:r>
    </w:p>
    <w:p>
      <w:pPr>
        <w:spacing w:after="120"/>
        <w:jc w:val="both"/>
      </w:pPr>
      <w:r>
        <w:rPr>
          <w:rFonts w:ascii="Arial" w:hAnsi="Arial"/>
          <w:i w:val="0"/>
          <w:sz w:val="19"/>
        </w:rPr>
        <w:t>[DESCRIEȚI FAPTELE CONCRETE, COMPLET, CLAR ȘI ÎN ORDINE CRONOLOGICĂ. INDICAȚI PERIOADA, LOCUL, PERSOANELE ȘI DOCUMENTELE RELEVANTE.]</w:t>
      </w:r>
    </w:p>
    <w:p>
      <w:pPr>
        <w:spacing w:after="120"/>
      </w:pPr>
      <w:r>
        <w:rPr>
          <w:rFonts w:ascii="Arial" w:hAnsi="Arial"/>
          <w:i w:val="0"/>
          <w:sz w:val="19"/>
        </w:rPr>
        <w:t>Prezenta declarație este dată pentru a servi la [SCOP] și va fi prezentată [INSTITUȚIEI/PERSOANEI]. Anexez, dacă este cazul: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Declar că informațiile de mai sus sunt reale și complete și că am luat cunoștință de consecințele legale ale declarațiilor neadevărate, în măsura în care acestea sunt aplicabile scopului concret.</w:t>
      </w:r>
    </w:p>
    <w:p>
      <w:pPr>
        <w:spacing w:after="120"/>
      </w:pPr>
      <w:r>
        <w:rPr>
          <w:rFonts w:ascii="Arial" w:hAnsi="Arial"/>
          <w:i w:val="0"/>
          <w:sz w:val="19"/>
        </w:rPr>
        <w:t>Data: [_____]   Localitatea: [_____]   Semnătura: 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Folosiți exact forma, mențiunile și temeiul cerute de instituția destinatară. Unele declarații au formulare obligatorii sau necesită autentificare.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Declarație pe propria răspundere</dc:title>
  <dc:subject>Model orientativ editabil</dc:subject>
  <dc:creator>depus.ro</dc:creator>
  <cp:keywords>model, Personale și diverse,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