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CONTRACT INDIVIDUAL DE MUNCĂ</w:t>
      </w:r>
    </w:p>
    <w:p>
      <w:pPr>
        <w:spacing w:after="160"/>
        <w:jc w:val="center"/>
      </w:pPr>
      <w:r>
        <w:rPr>
          <w:rFonts w:ascii="Arial" w:hAnsi="Arial"/>
          <w:color w:val="5A6373"/>
          <w:sz w:val="18"/>
        </w:rPr>
        <w:t>Nr. [_____] din [ZZ.LL.AAAA]</w:t>
      </w:r>
    </w:p>
    <w:tbl>
      <w:tblPr>
        <w:tblStyle w:val="TableGrid"/>
        <w:tblW w:type="auto" w:w="0"/>
        <w:jc w:val="center"/>
        <w:tblLook w:firstColumn="1" w:firstRow="1" w:lastColumn="0" w:lastRow="0" w:noHBand="0" w:noVBand="1" w:val="04A0"/>
      </w:tblPr>
      <w:tblGrid>
        <w:gridCol w:w="9866"/>
      </w:tblGrid>
      <w:tr>
        <w:tc>
          <w:tcPr>
            <w:tcW w:type="dxa" w:w="9866"/>
            <w:shd w:fill="F7F9FC"/>
            <w:tcMar>
              <w:top w:w="120" w:type="dxa"/>
              <w:start w:w="110" w:type="dxa"/>
              <w:bottom w:w="120" w:type="dxa"/>
              <w:end w:w="110" w:type="dxa"/>
            </w:tcMar>
          </w:tcPr>
          <w:p>
            <w:pPr>
              <w:spacing w:after="0"/>
            </w:pPr>
            <w:r>
              <w:rPr>
                <w:rFonts w:ascii="Arial" w:hAnsi="Arial"/>
                <w:i/>
                <w:color w:val="5A6373"/>
                <w:sz w:val="16"/>
              </w:rPr>
              <w:t>Notă: Acest document este un model orientativ. Contractul individual de muncă trebuie să includă elementele modelului-cadru oficial în vigoare și să fie completat/transmis în registrul legal aplicabil înainte de începerea activității.</w:t>
            </w:r>
          </w:p>
        </w:tc>
      </w:tr>
    </w:tbl>
    <w:p>
      <w:pPr>
        <w:pStyle w:val="Heading1"/>
        <w:spacing w:after="40"/>
      </w:pPr>
      <w:r>
        <w:t>A. Părțile</w:t>
      </w:r>
    </w:p>
    <w:p>
      <w:pPr>
        <w:spacing w:after="40"/>
      </w:pPr>
      <w:r>
        <w:rPr>
          <w:rFonts w:ascii="Arial" w:hAnsi="Arial"/>
          <w:i w:val="0"/>
          <w:sz w:val="17"/>
        </w:rPr>
        <w:t>Angajatorul [DENUMIRE], CUI [_____], sediul [_____], reprezentat prin [_____], și salariatul [NUME], CNP [_____], domiciliul [_____], CI [_____], au convenit prezentul contract.</w:t>
      </w:r>
    </w:p>
    <w:p>
      <w:pPr>
        <w:pStyle w:val="Heading1"/>
        <w:spacing w:after="40"/>
      </w:pPr>
      <w:r>
        <w:t>B. Obiectul</w:t>
      </w:r>
    </w:p>
    <w:p>
      <w:pPr>
        <w:spacing w:after="40"/>
      </w:pPr>
      <w:r>
        <w:rPr>
          <w:rFonts w:ascii="Arial" w:hAnsi="Arial"/>
          <w:i w:val="0"/>
          <w:sz w:val="17"/>
        </w:rPr>
        <w:t>Prestarea muncii de către salariat sub autoritatea angajatorului, în schimbul salariului, în funcția/ocupația [_____], cod COR [_____], conform fișei postului anexate.</w:t>
      </w:r>
    </w:p>
    <w:p>
      <w:pPr>
        <w:pStyle w:val="Heading1"/>
        <w:spacing w:after="40"/>
      </w:pPr>
      <w:r>
        <w:t>C. Durata</w:t>
      </w:r>
    </w:p>
    <w:p>
      <w:pPr>
        <w:spacing w:after="40"/>
      </w:pPr>
      <w:r>
        <w:rPr>
          <w:rFonts w:ascii="Arial" w:hAnsi="Arial"/>
          <w:i w:val="0"/>
          <w:sz w:val="17"/>
        </w:rPr>
        <w:t>[ ] nedeterminată, începând cu [DATA]; [ ] determinată, de la [DATA] până la [DATA], pentru motivul legal [_____].</w:t>
      </w:r>
    </w:p>
    <w:p>
      <w:pPr>
        <w:pStyle w:val="Heading1"/>
        <w:spacing w:after="40"/>
      </w:pPr>
      <w:r>
        <w:t>D. Locul muncii</w:t>
      </w:r>
    </w:p>
    <w:p>
      <w:pPr>
        <w:spacing w:after="40"/>
      </w:pPr>
      <w:r>
        <w:rPr>
          <w:rFonts w:ascii="Arial" w:hAnsi="Arial"/>
          <w:i w:val="0"/>
          <w:sz w:val="17"/>
        </w:rPr>
        <w:t>Activitatea se desfășoară la [_____]. În lipsa unui loc fix/la mobilitate/telemuncă, condițiile concrete și eventualele prestații suplimentare sunt [_____].</w:t>
      </w:r>
    </w:p>
    <w:p>
      <w:pPr>
        <w:pStyle w:val="Heading1"/>
        <w:spacing w:after="40"/>
      </w:pPr>
      <w:r>
        <w:t>E. Felul muncii și criterii de evaluare</w:t>
      </w:r>
    </w:p>
    <w:p>
      <w:pPr>
        <w:spacing w:after="40"/>
      </w:pPr>
      <w:r>
        <w:rPr>
          <w:rFonts w:ascii="Arial" w:hAnsi="Arial"/>
          <w:i w:val="0"/>
          <w:sz w:val="17"/>
        </w:rPr>
        <w:t>Atribuțiile sunt în fișa postului. Criteriile de evaluare profesională sunt: [calitate, termene, obiective, conformitate, colaborare/alte criterii concrete].</w:t>
      </w:r>
    </w:p>
    <w:p>
      <w:pPr>
        <w:pStyle w:val="Heading1"/>
        <w:spacing w:after="40"/>
      </w:pPr>
      <w:r>
        <w:t>F. Riscurile postului</w:t>
      </w:r>
    </w:p>
    <w:p>
      <w:pPr>
        <w:spacing w:after="40"/>
      </w:pPr>
      <w:r>
        <w:rPr>
          <w:rFonts w:ascii="Arial" w:hAnsi="Arial"/>
          <w:i w:val="0"/>
          <w:sz w:val="17"/>
        </w:rPr>
        <w:t>Riscurile specifice postului și măsurile de prevenire sunt cele din evaluarea de risc, fișa de identificare și instrucțiunile SSM aplicabile.</w:t>
      </w:r>
    </w:p>
    <w:p>
      <w:pPr>
        <w:pStyle w:val="Heading1"/>
        <w:spacing w:after="40"/>
      </w:pPr>
      <w:r>
        <w:t>G. Concediul</w:t>
      </w:r>
    </w:p>
    <w:p>
      <w:pPr>
        <w:spacing w:after="40"/>
      </w:pPr>
      <w:r>
        <w:rPr>
          <w:rFonts w:ascii="Arial" w:hAnsi="Arial"/>
          <w:i w:val="0"/>
          <w:sz w:val="17"/>
        </w:rPr>
        <w:t>Durata concediului anual de odihnă este de [__] zile lucrătoare, proporțional cu activitatea prestată. Concediul suplimentar, dacă este cazul: [_____].</w:t>
      </w:r>
    </w:p>
    <w:p>
      <w:pPr>
        <w:pStyle w:val="Heading1"/>
        <w:spacing w:after="40"/>
      </w:pPr>
      <w:r>
        <w:t>H. Salariul</w:t>
      </w:r>
    </w:p>
    <w:p>
      <w:pPr>
        <w:spacing w:after="40"/>
      </w:pPr>
      <w:r>
        <w:rPr>
          <w:rFonts w:ascii="Arial" w:hAnsi="Arial"/>
          <w:i w:val="0"/>
          <w:sz w:val="17"/>
        </w:rPr>
        <w:t>Salariul de bază lunar brut este de [_____] lei. Sporuri/indemnizații/alte elemente: [_____]. Plata se face la data/datele de [_____], prin [TRANSFER/NUMERAR].</w:t>
      </w:r>
    </w:p>
    <w:p>
      <w:pPr>
        <w:pStyle w:val="Heading1"/>
        <w:spacing w:after="40"/>
      </w:pPr>
      <w:r>
        <w:t>I. Timpul de muncă</w:t>
      </w:r>
    </w:p>
    <w:p>
      <w:pPr>
        <w:spacing w:after="40"/>
      </w:pPr>
      <w:r>
        <w:rPr>
          <w:rFonts w:ascii="Arial" w:hAnsi="Arial"/>
          <w:i w:val="0"/>
          <w:sz w:val="17"/>
        </w:rPr>
        <w:t>Normă [ÎNTREAGĂ/PARȚIALĂ] de [__] ore/zi și [__] ore/săptămână. Repartizarea programului: [_____]. Condițiile privind orele suplimentare, repausul și programul inegal se aplică potrivit legii și actelor interne.</w:t>
      </w:r>
    </w:p>
    <w:p>
      <w:pPr>
        <w:pStyle w:val="Heading1"/>
        <w:spacing w:after="40"/>
      </w:pPr>
      <w:r>
        <w:t>J. Perioada de probă și preaviz</w:t>
      </w:r>
    </w:p>
    <w:p>
      <w:pPr>
        <w:spacing w:after="40"/>
      </w:pPr>
      <w:r>
        <w:rPr>
          <w:rFonts w:ascii="Arial" w:hAnsi="Arial"/>
          <w:i w:val="0"/>
          <w:sz w:val="17"/>
        </w:rPr>
        <w:t>Perioada de probă este de [__] zile calendaristice/lucrătoare, în limitele legii. Preavizul la concediere/demisie este de [__]/[__] zile lucrătoare, după caz.</w:t>
      </w:r>
    </w:p>
    <w:p>
      <w:pPr>
        <w:pStyle w:val="Heading1"/>
        <w:spacing w:after="40"/>
      </w:pPr>
      <w:r>
        <w:t>K. Drepturi și obligații</w:t>
      </w:r>
    </w:p>
    <w:p>
      <w:pPr>
        <w:spacing w:after="40"/>
      </w:pPr>
      <w:r>
        <w:rPr>
          <w:rFonts w:ascii="Arial" w:hAnsi="Arial"/>
          <w:i w:val="0"/>
          <w:sz w:val="17"/>
        </w:rPr>
        <w:t>Salariatul are drepturile și obligațiile prevăzute de lege, contractele colective aplicabile, regulamentul intern și fișa postului. Angajatorul asigură salarizarea, securitatea și sănătatea, egalitatea de tratament, informarea și formarea în condițiile legii.</w:t>
      </w:r>
    </w:p>
    <w:p>
      <w:pPr>
        <w:pStyle w:val="Heading1"/>
        <w:spacing w:after="40"/>
      </w:pPr>
      <w:r>
        <w:t>L. Formare profesională și alte clauze</w:t>
      </w:r>
    </w:p>
    <w:p>
      <w:pPr>
        <w:spacing w:after="40"/>
      </w:pPr>
      <w:r>
        <w:rPr>
          <w:rFonts w:ascii="Arial" w:hAnsi="Arial"/>
          <w:i w:val="0"/>
          <w:sz w:val="17"/>
        </w:rPr>
        <w:t>Condițiile privind formarea profesională, confidențialitatea, mobilitatea, neconcurența sau telemunca se stabilesc numai în limitele legii, prin clauze clare ori acte adiționale: [_____].</w:t>
      </w:r>
    </w:p>
    <w:p>
      <w:pPr>
        <w:pStyle w:val="Heading1"/>
        <w:spacing w:after="40"/>
      </w:pPr>
      <w:r>
        <w:t>M. Contract colectiv și proceduri</w:t>
      </w:r>
    </w:p>
    <w:p>
      <w:pPr>
        <w:spacing w:after="40"/>
      </w:pPr>
      <w:r>
        <w:rPr>
          <w:rFonts w:ascii="Arial" w:hAnsi="Arial"/>
          <w:i w:val="0"/>
          <w:sz w:val="17"/>
        </w:rPr>
        <w:t>Contractul colectiv aplicabil: [_____]/nu este cazul. Procedura privind utilizarea semnăturii electronice, dacă este folosită: [_____].</w:t>
      </w:r>
    </w:p>
    <w:p>
      <w:pPr>
        <w:pStyle w:val="Heading1"/>
        <w:spacing w:after="40"/>
      </w:pPr>
      <w:r>
        <w:t>N. Dispoziții finale</w:t>
      </w:r>
    </w:p>
    <w:p>
      <w:pPr>
        <w:spacing w:after="40"/>
      </w:pPr>
      <w:r>
        <w:rPr>
          <w:rFonts w:ascii="Arial" w:hAnsi="Arial"/>
          <w:i w:val="0"/>
          <w:sz w:val="17"/>
        </w:rPr>
        <w:t>Prevederile se completează cu legislația muncii și actele interne comunicate salariatului. Orice modificare se face în condițiile legii, de regulă prin act adițional anterior producerii efectelor.</w:t>
      </w:r>
    </w:p>
    <w:p>
      <w:pPr>
        <w:spacing w:after="40"/>
      </w:pPr>
      <w:r>
        <w:rPr>
          <w:rFonts w:ascii="Arial" w:hAnsi="Arial"/>
          <w:i w:val="0"/>
          <w:sz w:val="17"/>
        </w:rPr>
        <w:t>Contract încheiat astăzi, [DATA], în [__] exemplare. Salariatul declară că a primit un exemplar și informațiile/documentele prevăzute de lege.</w:t>
      </w:r>
    </w:p>
    <w:p>
      <w:pPr>
        <w:spacing w:after="40"/>
      </w:pPr>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ANGAJATOR</w:t>
            </w:r>
          </w:p>
        </w:tc>
        <w:tc>
          <w:tcPr>
            <w:tcW w:type="dxa" w:w="4649"/>
          </w:tcPr>
          <w:p>
            <w:pPr>
              <w:jc w:val="center"/>
            </w:pPr>
            <w:r>
              <w:rPr>
                <w:rFonts w:ascii="Arial" w:hAnsi="Arial"/>
                <w:b/>
                <w:sz w:val="18"/>
              </w:rPr>
              <w:t>SALARIAT</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80" w:after="4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80" w:after="4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individual de muncă</dc:title>
  <dc:subject>Model orientativ editabil</dc:subject>
  <dc:creator>depus.ro</dc:creator>
  <cp:keywords>model, Muncă și HR, depus.ro</cp:keywords>
  <dc:description>generated by python-docx</dc:description>
  <cp:lastModifiedBy/>
  <cp:revision>1</cp:revision>
  <dcterms:created xsi:type="dcterms:W3CDTF">2013-12-23T23:15:00Z</dcterms:created>
  <dcterms:modified xsi:type="dcterms:W3CDTF">2013-12-23T23:15:00Z</dcterms:modified>
  <cp:category/>
</cp:coreProperties>
</file>