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CERERE DE DEMISIE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Către: [DENUMIREA ANGAJATORULUI]</w:t>
        <w:br/>
        <w:t>În atenția: [ADMINISTRATOR/RESURSE UMANE]</w:t>
        <w:br/>
        <w:t>Subsemnatul(a): [NUME], CNP [_____], funcția [_____], departamentul [_____], CIM nr. [_____] din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Vă notific prin prezenta demisia mea din funcția indicată, în temeiul art. 81 din Codul muncii.</w:t>
      </w:r>
    </w:p>
    <w:p>
      <w:pPr>
        <w:spacing w:after="120"/>
      </w:pPr>
      <w:r>
        <w:rPr>
          <w:rFonts w:ascii="Arial" w:hAnsi="Arial"/>
          <w:i w:val="0"/>
          <w:sz w:val="19"/>
        </w:rPr>
        <w:t>Opțiune: [ ] voi efectua termenul de preaviz de [__] zile lucrătoare; [ ] solicit renunțarea totală/parțială a angajatorului la preaviz; [ ] demisie fără preaviz pentru motivul legal: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În funcție de preaviz și de eventuala renunțare a angajatorului, data estimată a încetării este [_____]. Vă rog să înregistrați notificarea și să îmi comunicați documentele de încetare.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Demisia este o notificare unilaterală. Nu transformați documentul într-o «cerere de aprobare». Păstrați dovada comunicării și verificați durata preavizului din CIM/contractul colectiv.</w:t>
            </w:r>
          </w:p>
        </w:tc>
      </w:tr>
    </w:tbl>
    <w:p>
      <w:pPr>
        <w:spacing w:after="120"/>
      </w:pPr>
      <w:r>
        <w:rPr>
          <w:rFonts w:ascii="Arial" w:hAnsi="Arial"/>
          <w:i w:val="0"/>
          <w:sz w:val="19"/>
        </w:rPr>
        <w:t>Data: [_____]   Telefon/e-mail: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SALARIAT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APROBAT/ANGAJATOR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demisie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