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ADEVERINȚĂ DE SALARIAT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Angajator: [DENUMIRE], CUI [_____], nr. ORC [_____], sediul [_____], reprezentat legal prin [_____], funcția [_____].</w:t>
      </w:r>
    </w:p>
    <w:p>
      <w:pPr>
        <w:spacing w:after="120"/>
      </w:pPr>
      <w:r>
        <w:rPr>
          <w:rFonts w:ascii="Arial" w:hAnsi="Arial"/>
          <w:i w:val="0"/>
          <w:sz w:val="19"/>
        </w:rPr>
        <w:t>Se adeverește prin prezenta că dl./dna [NUME COMPLET], CNP [_____], este/a fost salariat(ă) al societății în baza CIM nr. [_____] din [_____].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funcția/ocupația: [_____], cod COR [_____];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tipul și durata contractului: [NEDETERMINAT/DETERMINAT până la _____];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data începerii activității: [_____];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salariul de bază brut la data emiterii: [_____] lei, dacă acest element este solicitat și poate fi comunicat;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adeverința se eliberează pentru a servi la [SCOP/INSTITUȚIE].</w:t>
      </w:r>
    </w:p>
    <w:p>
      <w:pPr>
        <w:spacing w:after="120"/>
      </w:pPr>
      <w:r>
        <w:rPr>
          <w:rFonts w:ascii="Arial" w:hAnsi="Arial"/>
          <w:i w:val="0"/>
          <w:sz w:val="19"/>
        </w:rPr>
        <w:t>Emisă astăzi, [DATA], sub nr. [_____], pe baza evidențelor angajatorului.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REPREZENTANT LEGAL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RESURSE UMANE</w:t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Adeverință de salariat</dc:title>
  <dc:subject>Model orientativ editabil</dc:subject>
  <dc:creator>depus.ro</dc:creator>
  <cp:keywords>model, Muncă și HR,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